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B828EC" w14:textId="77777777" w:rsidR="000C511B" w:rsidRDefault="000C511B" w:rsidP="000C511B">
      <w:pPr>
        <w:pStyle w:val="Intestazione"/>
        <w:rPr>
          <w:rFonts w:ascii="Candara" w:hAnsi="Candara"/>
          <w:b/>
          <w:sz w:val="32"/>
          <w:szCs w:val="32"/>
        </w:rPr>
      </w:pPr>
      <w:r>
        <w:rPr>
          <w:rFonts w:ascii="Candara" w:hAnsi="Candara"/>
          <w:b/>
          <w:noProof/>
          <w:sz w:val="32"/>
          <w:szCs w:val="32"/>
        </w:rPr>
        <w:drawing>
          <wp:inline distT="0" distB="0" distL="0" distR="0" wp14:anchorId="6806C617" wp14:editId="35E5F82A">
            <wp:extent cx="6472075" cy="1257783"/>
            <wp:effectExtent l="0" t="0" r="0" b="0"/>
            <wp:docPr id="1967216973" name="Immagine 1" descr="Immagine che contiene persona, puzzle, unghia/chiod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216973" name="Immagine 1" descr="Immagine che contiene persona, puzzle, unghia/chiodo&#10;&#10;Il contenuto generato dall'IA potrebbe non essere corretto.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72" b="31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1258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01E54" w14:textId="160D9DDE" w:rsidR="00920D0B" w:rsidRPr="000C511B" w:rsidRDefault="00000000" w:rsidP="000C511B">
      <w:pPr>
        <w:pStyle w:val="Intestazione"/>
        <w:tabs>
          <w:tab w:val="clear" w:pos="4680"/>
          <w:tab w:val="clear" w:pos="9360"/>
          <w:tab w:val="right" w:pos="9638"/>
        </w:tabs>
        <w:ind w:right="-858"/>
        <w:jc w:val="center"/>
        <w:rPr>
          <w:rFonts w:ascii="Candara" w:eastAsia="SimSun" w:hAnsi="Candara" w:cs="Times New Roman"/>
          <w:b/>
          <w:sz w:val="32"/>
          <w:szCs w:val="32"/>
          <w:lang w:val="x-none" w:eastAsia="zh-CN"/>
        </w:rPr>
      </w:pPr>
      <w:proofErr w:type="spellStart"/>
      <w:r w:rsidRPr="000C511B">
        <w:rPr>
          <w:rFonts w:ascii="Candara" w:eastAsia="SimSun" w:hAnsi="Candara" w:cs="Times New Roman"/>
          <w:b/>
          <w:sz w:val="32"/>
          <w:szCs w:val="32"/>
          <w:lang w:val="x-none" w:eastAsia="zh-CN"/>
        </w:rPr>
        <w:t>Request</w:t>
      </w:r>
      <w:proofErr w:type="spellEnd"/>
      <w:r w:rsidRPr="000C511B">
        <w:rPr>
          <w:rFonts w:ascii="Candara" w:eastAsia="SimSun" w:hAnsi="Candara" w:cs="Times New Roman"/>
          <w:b/>
          <w:sz w:val="32"/>
          <w:szCs w:val="32"/>
          <w:lang w:val="x-none" w:eastAsia="zh-CN"/>
        </w:rPr>
        <w:t xml:space="preserve"> Form for </w:t>
      </w:r>
      <w:r w:rsidR="0035238F">
        <w:rPr>
          <w:rFonts w:ascii="Candara" w:eastAsia="SimSun" w:hAnsi="Candara" w:cs="Times New Roman"/>
          <w:b/>
          <w:sz w:val="32"/>
          <w:szCs w:val="32"/>
          <w:lang w:val="x-none" w:eastAsia="zh-CN"/>
        </w:rPr>
        <w:t>ECTS</w:t>
      </w:r>
      <w:r w:rsidRPr="000C511B">
        <w:rPr>
          <w:rFonts w:ascii="Candara" w:eastAsia="SimSun" w:hAnsi="Candara" w:cs="Times New Roman"/>
          <w:b/>
          <w:sz w:val="32"/>
          <w:szCs w:val="32"/>
          <w:lang w:val="x-none" w:eastAsia="zh-CN"/>
        </w:rPr>
        <w:t xml:space="preserve"> </w:t>
      </w:r>
      <w:proofErr w:type="spellStart"/>
      <w:r w:rsidRPr="000C511B">
        <w:rPr>
          <w:rFonts w:ascii="Candara" w:eastAsia="SimSun" w:hAnsi="Candara" w:cs="Times New Roman"/>
          <w:b/>
          <w:sz w:val="32"/>
          <w:szCs w:val="32"/>
          <w:lang w:val="x-none" w:eastAsia="zh-CN"/>
        </w:rPr>
        <w:t>Recognition</w:t>
      </w:r>
      <w:proofErr w:type="spellEnd"/>
      <w:r w:rsidRPr="000C511B">
        <w:rPr>
          <w:rFonts w:ascii="Candara" w:eastAsia="SimSun" w:hAnsi="Candara" w:cs="Times New Roman"/>
          <w:b/>
          <w:sz w:val="32"/>
          <w:szCs w:val="32"/>
          <w:lang w:val="x-none" w:eastAsia="zh-CN"/>
        </w:rPr>
        <w:t xml:space="preserve"> – </w:t>
      </w:r>
      <w:proofErr w:type="spellStart"/>
      <w:r w:rsidRPr="000C511B">
        <w:rPr>
          <w:rFonts w:ascii="Candara" w:eastAsia="SimSun" w:hAnsi="Candara" w:cs="Times New Roman"/>
          <w:b/>
          <w:sz w:val="32"/>
          <w:szCs w:val="32"/>
          <w:lang w:val="x-none" w:eastAsia="zh-CN"/>
        </w:rPr>
        <w:t>External</w:t>
      </w:r>
      <w:proofErr w:type="spellEnd"/>
      <w:r w:rsidRPr="000C511B">
        <w:rPr>
          <w:rFonts w:ascii="Candara" w:eastAsia="SimSun" w:hAnsi="Candara" w:cs="Times New Roman"/>
          <w:b/>
          <w:sz w:val="32"/>
          <w:szCs w:val="32"/>
          <w:lang w:val="x-none" w:eastAsia="zh-CN"/>
        </w:rPr>
        <w:t xml:space="preserve"> Training Activities</w:t>
      </w:r>
    </w:p>
    <w:p w14:paraId="3928668A" w14:textId="77777777" w:rsidR="00920D0B" w:rsidRPr="000C511B" w:rsidRDefault="00000000" w:rsidP="000C511B">
      <w:pPr>
        <w:spacing w:after="0" w:line="240" w:lineRule="auto"/>
        <w:rPr>
          <w:rFonts w:ascii="Candara" w:eastAsia="SimSun" w:hAnsi="Candara" w:cs="Arial"/>
          <w:b/>
          <w:color w:val="EE0000"/>
          <w:lang w:val="it-IT" w:eastAsia="zh-CN"/>
        </w:rPr>
      </w:pPr>
      <w:r w:rsidRPr="000C511B">
        <w:rPr>
          <w:rFonts w:ascii="Candara" w:eastAsia="SimSun" w:hAnsi="Candara" w:cs="Arial"/>
          <w:b/>
          <w:color w:val="EE0000"/>
          <w:lang w:val="it-IT" w:eastAsia="zh-CN"/>
        </w:rPr>
        <w:t>STUDENT INFORMATION:</w:t>
      </w:r>
    </w:p>
    <w:p w14:paraId="5DF296CB" w14:textId="652EB960" w:rsidR="00920D0B" w:rsidRPr="000C511B" w:rsidRDefault="00000000">
      <w:pPr>
        <w:rPr>
          <w:rFonts w:ascii="Candara" w:hAnsi="Candara"/>
        </w:rPr>
      </w:pPr>
      <w:r w:rsidRPr="000C511B">
        <w:rPr>
          <w:rFonts w:ascii="Candara" w:hAnsi="Candara"/>
        </w:rPr>
        <w:t xml:space="preserve">Name and </w:t>
      </w:r>
      <w:proofErr w:type="gramStart"/>
      <w:r w:rsidRPr="000C511B">
        <w:rPr>
          <w:rFonts w:ascii="Candara" w:hAnsi="Candara"/>
        </w:rPr>
        <w:t>Surname:_</w:t>
      </w:r>
      <w:proofErr w:type="gramEnd"/>
      <w:r w:rsidRPr="000C511B">
        <w:rPr>
          <w:rFonts w:ascii="Candara" w:hAnsi="Candara"/>
        </w:rPr>
        <w:t>_________________________________________________________</w:t>
      </w:r>
    </w:p>
    <w:p w14:paraId="3E8FE1B5" w14:textId="7897CFDD" w:rsidR="00920D0B" w:rsidRPr="000C511B" w:rsidRDefault="00000000">
      <w:pPr>
        <w:rPr>
          <w:rFonts w:ascii="Candara" w:hAnsi="Candara"/>
        </w:rPr>
      </w:pPr>
      <w:r w:rsidRPr="000C511B">
        <w:rPr>
          <w:rFonts w:ascii="Candara" w:hAnsi="Candara"/>
        </w:rPr>
        <w:t xml:space="preserve">Student ID: _____________________   </w:t>
      </w:r>
      <w:proofErr w:type="gramStart"/>
      <w:r w:rsidRPr="000C511B">
        <w:rPr>
          <w:rFonts w:ascii="Candara" w:hAnsi="Candara"/>
        </w:rPr>
        <w:t>E-mail:_</w:t>
      </w:r>
      <w:proofErr w:type="gramEnd"/>
      <w:r w:rsidRPr="000C511B">
        <w:rPr>
          <w:rFonts w:ascii="Candara" w:hAnsi="Candara"/>
        </w:rPr>
        <w:t>______________________________________</w:t>
      </w:r>
    </w:p>
    <w:p w14:paraId="30D2AF2D" w14:textId="77777777" w:rsidR="00920D0B" w:rsidRPr="000C511B" w:rsidRDefault="00000000">
      <w:pPr>
        <w:rPr>
          <w:rFonts w:ascii="Candara" w:hAnsi="Candara"/>
        </w:rPr>
      </w:pPr>
      <w:r w:rsidRPr="000C511B">
        <w:rPr>
          <w:rFonts w:ascii="Candara" w:hAnsi="Candara"/>
        </w:rPr>
        <w:t>Phone/Mobile: __________________   Year of Enrollment: _____________________________</w:t>
      </w:r>
    </w:p>
    <w:p w14:paraId="1D9723B2" w14:textId="77777777" w:rsidR="00920D0B" w:rsidRPr="000C511B" w:rsidRDefault="00000000" w:rsidP="000C511B">
      <w:pPr>
        <w:spacing w:after="0" w:line="240" w:lineRule="auto"/>
        <w:rPr>
          <w:rFonts w:ascii="Candara" w:eastAsia="SimSun" w:hAnsi="Candara" w:cs="Arial"/>
          <w:b/>
          <w:color w:val="EE0000"/>
          <w:lang w:val="it-IT" w:eastAsia="zh-CN"/>
        </w:rPr>
      </w:pPr>
      <w:r w:rsidRPr="000C511B">
        <w:rPr>
          <w:rFonts w:ascii="Candara" w:eastAsia="SimSun" w:hAnsi="Candara" w:cs="Arial"/>
          <w:b/>
          <w:color w:val="EE0000"/>
          <w:lang w:val="it-IT" w:eastAsia="zh-CN"/>
        </w:rPr>
        <w:t>ACTIVITY FOR WHICH CREDIT RECOGNITION IS REQUESTED</w:t>
      </w:r>
    </w:p>
    <w:p w14:paraId="4A412F0B" w14:textId="2ADABA57" w:rsidR="00920D0B" w:rsidRPr="000C511B" w:rsidRDefault="00000000">
      <w:pPr>
        <w:rPr>
          <w:rFonts w:ascii="Candara" w:hAnsi="Candara"/>
        </w:rPr>
      </w:pPr>
      <w:r w:rsidRPr="000C511B">
        <w:rPr>
          <w:rFonts w:ascii="Candara" w:hAnsi="Candara"/>
        </w:rPr>
        <w:t xml:space="preserve">(Indicate the activity, or combination of activities, carried out for which </w:t>
      </w:r>
      <w:r w:rsidR="000C511B">
        <w:rPr>
          <w:rFonts w:ascii="Candara" w:hAnsi="Candara"/>
        </w:rPr>
        <w:t xml:space="preserve">ECTS </w:t>
      </w:r>
      <w:r w:rsidRPr="000C511B">
        <w:rPr>
          <w:rFonts w:ascii="Candara" w:hAnsi="Candara"/>
        </w:rPr>
        <w:t>recognition is requested)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0"/>
        <w:gridCol w:w="2160"/>
        <w:gridCol w:w="2160"/>
        <w:gridCol w:w="2160"/>
      </w:tblGrid>
      <w:tr w:rsidR="00920D0B" w:rsidRPr="000C511B" w14:paraId="7E82307C" w14:textId="77777777" w:rsidTr="000C511B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41B6887F" w14:textId="77777777" w:rsidR="00920D0B" w:rsidRPr="000C511B" w:rsidRDefault="00920D0B">
            <w:pPr>
              <w:rPr>
                <w:rFonts w:ascii="Candara" w:hAnsi="Candara"/>
              </w:rPr>
            </w:pPr>
          </w:p>
        </w:tc>
        <w:tc>
          <w:tcPr>
            <w:tcW w:w="2160" w:type="dxa"/>
            <w:tcBorders>
              <w:left w:val="nil"/>
            </w:tcBorders>
          </w:tcPr>
          <w:p w14:paraId="129F3F44" w14:textId="77777777" w:rsidR="00920D0B" w:rsidRPr="000C511B" w:rsidRDefault="00000000" w:rsidP="000C511B">
            <w:pPr>
              <w:jc w:val="center"/>
              <w:rPr>
                <w:rFonts w:ascii="Candara" w:hAnsi="Candara"/>
              </w:rPr>
            </w:pPr>
            <w:r w:rsidRPr="000C511B">
              <w:rPr>
                <w:rFonts w:ascii="Candara" w:hAnsi="Candara"/>
              </w:rPr>
              <w:t>Hours</w:t>
            </w:r>
          </w:p>
        </w:tc>
        <w:tc>
          <w:tcPr>
            <w:tcW w:w="2160" w:type="dxa"/>
            <w:tcBorders>
              <w:right w:val="nil"/>
            </w:tcBorders>
          </w:tcPr>
          <w:p w14:paraId="024ABFFD" w14:textId="3D3C1DBD" w:rsidR="00920D0B" w:rsidRPr="000C511B" w:rsidRDefault="000C511B" w:rsidP="000C511B">
            <w:pPr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ETCS</w:t>
            </w:r>
            <w:r w:rsidRPr="000C511B">
              <w:rPr>
                <w:rFonts w:ascii="Candara" w:hAnsi="Candara"/>
              </w:rPr>
              <w:t xml:space="preserve"> Recognized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B40DCD" w14:textId="77777777" w:rsidR="00920D0B" w:rsidRPr="000C511B" w:rsidRDefault="00000000" w:rsidP="000C511B">
            <w:pPr>
              <w:jc w:val="center"/>
              <w:rPr>
                <w:rFonts w:ascii="Candara" w:hAnsi="Candara"/>
              </w:rPr>
            </w:pPr>
            <w:r w:rsidRPr="000C511B">
              <w:rPr>
                <w:rFonts w:ascii="Candara" w:hAnsi="Candara"/>
              </w:rPr>
              <w:t>Infostud Code</w:t>
            </w:r>
          </w:p>
        </w:tc>
      </w:tr>
      <w:tr w:rsidR="00920D0B" w:rsidRPr="000C511B" w14:paraId="10C6BB0E" w14:textId="77777777" w:rsidTr="000C511B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638B1306" w14:textId="2FFAD9D4" w:rsidR="00920D0B" w:rsidRPr="000C511B" w:rsidRDefault="000C511B" w:rsidP="000C511B">
            <w:pPr>
              <w:jc w:val="center"/>
              <w:rPr>
                <w:rFonts w:ascii="Candara" w:hAnsi="Candara"/>
              </w:rPr>
            </w:pPr>
            <w:r>
              <w:rPr>
                <w:rFonts w:ascii="Wingdings" w:hAnsi="Wingdings" w:cs="Arial"/>
                <w:bCs/>
                <w:sz w:val="20"/>
                <w:szCs w:val="20"/>
              </w:rPr>
              <w:t>o</w:t>
            </w:r>
          </w:p>
        </w:tc>
        <w:tc>
          <w:tcPr>
            <w:tcW w:w="2160" w:type="dxa"/>
            <w:tcBorders>
              <w:left w:val="nil"/>
            </w:tcBorders>
          </w:tcPr>
          <w:p w14:paraId="6965C630" w14:textId="77777777" w:rsidR="00920D0B" w:rsidRPr="000C511B" w:rsidRDefault="00000000" w:rsidP="000C511B">
            <w:pPr>
              <w:jc w:val="center"/>
              <w:rPr>
                <w:rFonts w:ascii="Candara" w:hAnsi="Candara"/>
              </w:rPr>
            </w:pPr>
            <w:r w:rsidRPr="000C511B">
              <w:rPr>
                <w:rFonts w:ascii="Candara" w:hAnsi="Candara"/>
              </w:rPr>
              <w:t>75</w:t>
            </w:r>
          </w:p>
        </w:tc>
        <w:tc>
          <w:tcPr>
            <w:tcW w:w="2160" w:type="dxa"/>
            <w:tcBorders>
              <w:right w:val="nil"/>
            </w:tcBorders>
          </w:tcPr>
          <w:p w14:paraId="007106B1" w14:textId="77777777" w:rsidR="00920D0B" w:rsidRPr="000C511B" w:rsidRDefault="00000000" w:rsidP="000C511B">
            <w:pPr>
              <w:jc w:val="center"/>
              <w:rPr>
                <w:rFonts w:ascii="Candara" w:hAnsi="Candara"/>
              </w:rPr>
            </w:pPr>
            <w:r w:rsidRPr="000C511B">
              <w:rPr>
                <w:rFonts w:ascii="Candara" w:hAnsi="Candara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1A7352" w14:textId="77777777" w:rsidR="00920D0B" w:rsidRPr="000C511B" w:rsidRDefault="00000000" w:rsidP="000C511B">
            <w:pPr>
              <w:jc w:val="center"/>
              <w:rPr>
                <w:rFonts w:ascii="Candara" w:hAnsi="Candara"/>
              </w:rPr>
            </w:pPr>
            <w:r w:rsidRPr="000C511B">
              <w:rPr>
                <w:rFonts w:ascii="Candara" w:hAnsi="Candara"/>
              </w:rPr>
              <w:t>AAF1041</w:t>
            </w:r>
          </w:p>
        </w:tc>
      </w:tr>
      <w:tr w:rsidR="00920D0B" w:rsidRPr="000C511B" w14:paraId="380895A5" w14:textId="77777777" w:rsidTr="000C511B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3302B1C9" w14:textId="5F12AF6C" w:rsidR="00920D0B" w:rsidRPr="000C511B" w:rsidRDefault="000C511B" w:rsidP="000C511B">
            <w:pPr>
              <w:jc w:val="center"/>
              <w:rPr>
                <w:rFonts w:ascii="Candara" w:hAnsi="Candara"/>
              </w:rPr>
            </w:pPr>
            <w:r>
              <w:rPr>
                <w:rFonts w:ascii="Wingdings" w:hAnsi="Wingdings" w:cs="Arial"/>
                <w:bCs/>
                <w:sz w:val="20"/>
                <w:szCs w:val="20"/>
              </w:rPr>
              <w:t>o</w:t>
            </w:r>
          </w:p>
        </w:tc>
        <w:tc>
          <w:tcPr>
            <w:tcW w:w="2160" w:type="dxa"/>
            <w:tcBorders>
              <w:left w:val="nil"/>
            </w:tcBorders>
          </w:tcPr>
          <w:p w14:paraId="096B35DD" w14:textId="77777777" w:rsidR="00920D0B" w:rsidRPr="000C511B" w:rsidRDefault="00000000" w:rsidP="000C511B">
            <w:pPr>
              <w:jc w:val="center"/>
              <w:rPr>
                <w:rFonts w:ascii="Candara" w:hAnsi="Candara"/>
              </w:rPr>
            </w:pPr>
            <w:r w:rsidRPr="000C511B">
              <w:rPr>
                <w:rFonts w:ascii="Candara" w:hAnsi="Candara"/>
              </w:rPr>
              <w:t>150</w:t>
            </w:r>
          </w:p>
        </w:tc>
        <w:tc>
          <w:tcPr>
            <w:tcW w:w="2160" w:type="dxa"/>
            <w:tcBorders>
              <w:right w:val="nil"/>
            </w:tcBorders>
          </w:tcPr>
          <w:p w14:paraId="70FE2634" w14:textId="77777777" w:rsidR="00920D0B" w:rsidRPr="000C511B" w:rsidRDefault="00000000" w:rsidP="000C511B">
            <w:pPr>
              <w:jc w:val="center"/>
              <w:rPr>
                <w:rFonts w:ascii="Candara" w:hAnsi="Candara"/>
              </w:rPr>
            </w:pPr>
            <w:r w:rsidRPr="000C511B">
              <w:rPr>
                <w:rFonts w:ascii="Candara" w:hAnsi="Candara"/>
              </w:rPr>
              <w:t>6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0C82F3" w14:textId="77777777" w:rsidR="00920D0B" w:rsidRPr="000C511B" w:rsidRDefault="00000000" w:rsidP="000C511B">
            <w:pPr>
              <w:jc w:val="center"/>
              <w:rPr>
                <w:rFonts w:ascii="Candara" w:hAnsi="Candara"/>
              </w:rPr>
            </w:pPr>
            <w:r w:rsidRPr="000C511B">
              <w:rPr>
                <w:rFonts w:ascii="Candara" w:hAnsi="Candara"/>
              </w:rPr>
              <w:t>AAF1044</w:t>
            </w:r>
          </w:p>
        </w:tc>
      </w:tr>
    </w:tbl>
    <w:p w14:paraId="3C61ADF6" w14:textId="26A351C8" w:rsidR="00920D0B" w:rsidRPr="004D4FB6" w:rsidRDefault="00000000" w:rsidP="004D4FB6">
      <w:pPr>
        <w:ind w:right="-432"/>
        <w:rPr>
          <w:rFonts w:ascii="Candara" w:hAnsi="Candara"/>
          <w:b/>
          <w:bCs/>
        </w:rPr>
      </w:pPr>
      <w:r w:rsidRPr="004D4FB6">
        <w:rPr>
          <w:rFonts w:ascii="Candara" w:hAnsi="Candara"/>
          <w:b/>
          <w:bCs/>
        </w:rPr>
        <w:t>ATTACH: Attendance Register or certification of completed hours signed by the Company Tutor</w:t>
      </w:r>
    </w:p>
    <w:p w14:paraId="0A5B9A1A" w14:textId="490C15E9" w:rsidR="00920D0B" w:rsidRPr="000C511B" w:rsidRDefault="004D4FB6">
      <w:pPr>
        <w:rPr>
          <w:rFonts w:ascii="Candara" w:hAnsi="Candara"/>
        </w:rPr>
      </w:pPr>
      <w:r>
        <w:rPr>
          <w:rFonts w:ascii="Candara" w:hAnsi="Candara"/>
        </w:rPr>
        <w:t xml:space="preserve">In case of </w:t>
      </w:r>
      <w:r w:rsidRPr="000C511B">
        <w:rPr>
          <w:rFonts w:ascii="Candara" w:hAnsi="Candara"/>
        </w:rPr>
        <w:t>Civil Service experience (if carried out during the degree program and consistent with the study program):</w:t>
      </w:r>
    </w:p>
    <w:p w14:paraId="773381DA" w14:textId="31A387E4" w:rsidR="00920D0B" w:rsidRPr="000C511B" w:rsidRDefault="004D4FB6">
      <w:pPr>
        <w:rPr>
          <w:rFonts w:ascii="Candara" w:hAnsi="Candara"/>
        </w:rPr>
      </w:pPr>
      <w:r>
        <w:rPr>
          <w:rFonts w:ascii="Wingdings" w:hAnsi="Wingdings" w:cs="Arial"/>
          <w:bCs/>
          <w:sz w:val="20"/>
          <w:szCs w:val="20"/>
        </w:rPr>
        <w:t>o</w:t>
      </w:r>
      <w:r w:rsidRPr="000C511B">
        <w:rPr>
          <w:rFonts w:ascii="Candara" w:hAnsi="Candara"/>
        </w:rPr>
        <w:t xml:space="preserve"> duration of at least 6 months: equal to 3 </w:t>
      </w:r>
      <w:r>
        <w:rPr>
          <w:rFonts w:ascii="Candara" w:hAnsi="Candara"/>
        </w:rPr>
        <w:t>ECTS</w:t>
      </w:r>
    </w:p>
    <w:p w14:paraId="0E09810F" w14:textId="620BBD6D" w:rsidR="00920D0B" w:rsidRPr="000C511B" w:rsidRDefault="004D4FB6">
      <w:pPr>
        <w:rPr>
          <w:rFonts w:ascii="Candara" w:hAnsi="Candara"/>
        </w:rPr>
      </w:pPr>
      <w:r>
        <w:rPr>
          <w:rFonts w:ascii="Wingdings" w:hAnsi="Wingdings" w:cs="Arial"/>
          <w:bCs/>
          <w:sz w:val="20"/>
          <w:szCs w:val="20"/>
        </w:rPr>
        <w:t>o</w:t>
      </w:r>
      <w:r w:rsidRPr="000C511B">
        <w:rPr>
          <w:rFonts w:ascii="Candara" w:hAnsi="Candara"/>
        </w:rPr>
        <w:t xml:space="preserve"> duration of 1 year: equal to 6 </w:t>
      </w:r>
      <w:r>
        <w:rPr>
          <w:rFonts w:ascii="Candara" w:hAnsi="Candara"/>
        </w:rPr>
        <w:t>ECTS</w:t>
      </w:r>
    </w:p>
    <w:p w14:paraId="1DA8CF7A" w14:textId="77777777" w:rsidR="00920D0B" w:rsidRPr="004D4FB6" w:rsidRDefault="00000000">
      <w:pPr>
        <w:rPr>
          <w:rFonts w:ascii="Candara" w:hAnsi="Candara"/>
          <w:b/>
          <w:bCs/>
        </w:rPr>
      </w:pPr>
      <w:r w:rsidRPr="004D4FB6">
        <w:rPr>
          <w:rFonts w:ascii="Candara" w:hAnsi="Candara"/>
          <w:b/>
          <w:bCs/>
        </w:rPr>
        <w:t>ATTACH: Civil Service completion certificate.</w:t>
      </w:r>
    </w:p>
    <w:p w14:paraId="702C498B" w14:textId="77777777" w:rsidR="00920D0B" w:rsidRPr="004D4FB6" w:rsidRDefault="00000000">
      <w:pPr>
        <w:rPr>
          <w:rFonts w:ascii="Candara" w:hAnsi="Candara"/>
          <w:b/>
          <w:bCs/>
        </w:rPr>
      </w:pPr>
      <w:r w:rsidRPr="004D4FB6">
        <w:rPr>
          <w:rFonts w:ascii="Candara" w:hAnsi="Candara"/>
          <w:b/>
          <w:bCs/>
        </w:rPr>
        <w:t>Other Activities (*)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160"/>
        <w:gridCol w:w="2160"/>
        <w:gridCol w:w="2160"/>
        <w:gridCol w:w="2160"/>
      </w:tblGrid>
      <w:tr w:rsidR="00920D0B" w:rsidRPr="000C511B" w14:paraId="2B771F8F" w14:textId="77777777" w:rsidTr="004D4FB6">
        <w:tc>
          <w:tcPr>
            <w:tcW w:w="2160" w:type="dxa"/>
            <w:tcBorders>
              <w:right w:val="single" w:sz="4" w:space="0" w:color="auto"/>
            </w:tcBorders>
          </w:tcPr>
          <w:p w14:paraId="6E0E4B9C" w14:textId="77777777" w:rsidR="00920D0B" w:rsidRPr="000C511B" w:rsidRDefault="00920D0B" w:rsidP="004D4FB6">
            <w:pPr>
              <w:spacing w:after="0"/>
              <w:rPr>
                <w:rFonts w:ascii="Candara" w:hAnsi="Candara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79217" w14:textId="77777777" w:rsidR="00920D0B" w:rsidRPr="000C511B" w:rsidRDefault="00000000" w:rsidP="004D4FB6">
            <w:pPr>
              <w:spacing w:after="0"/>
              <w:jc w:val="center"/>
              <w:rPr>
                <w:rFonts w:ascii="Candara" w:hAnsi="Candara"/>
              </w:rPr>
            </w:pPr>
            <w:r w:rsidRPr="000C511B">
              <w:rPr>
                <w:rFonts w:ascii="Candara" w:hAnsi="Candara"/>
              </w:rPr>
              <w:t>Description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2C3DEB" w14:textId="2F852817" w:rsidR="00920D0B" w:rsidRPr="000C511B" w:rsidRDefault="0035238F" w:rsidP="004D4FB6">
            <w:pPr>
              <w:spacing w:after="0"/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 xml:space="preserve">ECTS </w:t>
            </w:r>
            <w:r w:rsidR="00000000" w:rsidRPr="000C511B">
              <w:rPr>
                <w:rFonts w:ascii="Candara" w:hAnsi="Candara"/>
              </w:rPr>
              <w:t>Recognized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075037BE" w14:textId="77777777" w:rsidR="00920D0B" w:rsidRPr="000C511B" w:rsidRDefault="00000000" w:rsidP="004D4FB6">
            <w:pPr>
              <w:spacing w:after="0"/>
              <w:jc w:val="center"/>
              <w:rPr>
                <w:rFonts w:ascii="Candara" w:hAnsi="Candara"/>
              </w:rPr>
            </w:pPr>
            <w:r w:rsidRPr="000C511B">
              <w:rPr>
                <w:rFonts w:ascii="Candara" w:hAnsi="Candara"/>
              </w:rPr>
              <w:t>Infostud Code</w:t>
            </w:r>
          </w:p>
        </w:tc>
      </w:tr>
      <w:tr w:rsidR="004D4FB6" w:rsidRPr="000C511B" w14:paraId="7A55D27E" w14:textId="77777777" w:rsidTr="004D4FB6">
        <w:tc>
          <w:tcPr>
            <w:tcW w:w="2160" w:type="dxa"/>
          </w:tcPr>
          <w:p w14:paraId="140278E2" w14:textId="05192CFC" w:rsidR="004D4FB6" w:rsidRPr="000C511B" w:rsidRDefault="004D4FB6" w:rsidP="004D4FB6">
            <w:pPr>
              <w:spacing w:after="0"/>
              <w:jc w:val="center"/>
              <w:rPr>
                <w:rFonts w:ascii="Candara" w:hAnsi="Candara"/>
              </w:rPr>
            </w:pPr>
            <w:r>
              <w:rPr>
                <w:rFonts w:ascii="Wingdings" w:hAnsi="Wingdings" w:cs="Arial"/>
                <w:bCs/>
                <w:sz w:val="20"/>
                <w:szCs w:val="20"/>
              </w:rPr>
              <w:t>o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E437F7" w14:textId="77A6A781" w:rsidR="004D4FB6" w:rsidRPr="000C511B" w:rsidRDefault="004D4FB6" w:rsidP="004D4FB6">
            <w:pPr>
              <w:spacing w:after="0"/>
              <w:jc w:val="center"/>
              <w:rPr>
                <w:rFonts w:ascii="Candara" w:hAnsi="Candara"/>
              </w:rPr>
            </w:pPr>
            <w:r w:rsidRPr="000C511B">
              <w:rPr>
                <w:rFonts w:ascii="Candara" w:hAnsi="Candara"/>
              </w:rPr>
              <w:t xml:space="preserve">Other activities useful for entering the </w:t>
            </w:r>
            <w:r>
              <w:rPr>
                <w:rFonts w:ascii="Candara" w:hAnsi="Candara"/>
              </w:rPr>
              <w:t>job</w:t>
            </w:r>
            <w:r w:rsidRPr="000C511B">
              <w:rPr>
                <w:rFonts w:ascii="Candara" w:hAnsi="Candara"/>
              </w:rPr>
              <w:t xml:space="preserve"> market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743CB9B" w14:textId="77777777" w:rsidR="004D4FB6" w:rsidRPr="000C511B" w:rsidRDefault="004D4FB6" w:rsidP="004D4FB6">
            <w:pPr>
              <w:spacing w:after="0"/>
              <w:jc w:val="center"/>
              <w:rPr>
                <w:rFonts w:ascii="Candara" w:hAnsi="Candara"/>
              </w:rPr>
            </w:pPr>
            <w:r w:rsidRPr="000C511B">
              <w:rPr>
                <w:rFonts w:ascii="Candara" w:hAnsi="Candara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7EE6E115" w14:textId="77777777" w:rsidR="004D4FB6" w:rsidRPr="000C511B" w:rsidRDefault="004D4FB6" w:rsidP="004D4FB6">
            <w:pPr>
              <w:spacing w:after="0"/>
              <w:jc w:val="center"/>
              <w:rPr>
                <w:rFonts w:ascii="Candara" w:hAnsi="Candara"/>
              </w:rPr>
            </w:pPr>
            <w:r w:rsidRPr="000C511B">
              <w:rPr>
                <w:rFonts w:ascii="Candara" w:hAnsi="Candara"/>
              </w:rPr>
              <w:t>AAF2345</w:t>
            </w:r>
          </w:p>
        </w:tc>
      </w:tr>
      <w:tr w:rsidR="004D4FB6" w:rsidRPr="000C511B" w14:paraId="56118E2A" w14:textId="77777777" w:rsidTr="004D4FB6">
        <w:tc>
          <w:tcPr>
            <w:tcW w:w="2160" w:type="dxa"/>
          </w:tcPr>
          <w:p w14:paraId="49793352" w14:textId="66D341C0" w:rsidR="004D4FB6" w:rsidRPr="000C511B" w:rsidRDefault="004D4FB6" w:rsidP="004D4FB6">
            <w:pPr>
              <w:spacing w:after="0"/>
              <w:jc w:val="center"/>
              <w:rPr>
                <w:rFonts w:ascii="Candara" w:hAnsi="Candara"/>
              </w:rPr>
            </w:pPr>
            <w:r>
              <w:rPr>
                <w:rFonts w:ascii="Wingdings" w:hAnsi="Wingdings" w:cs="Arial"/>
                <w:bCs/>
                <w:sz w:val="20"/>
                <w:szCs w:val="20"/>
              </w:rPr>
              <w:t>o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B29AE5" w14:textId="7BC20528" w:rsidR="004D4FB6" w:rsidRPr="000C511B" w:rsidRDefault="004D4FB6" w:rsidP="004D4FB6">
            <w:pPr>
              <w:spacing w:after="0"/>
              <w:jc w:val="center"/>
              <w:rPr>
                <w:rFonts w:ascii="Candara" w:hAnsi="Candara"/>
              </w:rPr>
            </w:pPr>
            <w:r w:rsidRPr="000C511B">
              <w:rPr>
                <w:rFonts w:ascii="Candara" w:hAnsi="Candara"/>
              </w:rPr>
              <w:t xml:space="preserve">Other activities useful for entering the </w:t>
            </w:r>
            <w:r>
              <w:rPr>
                <w:rFonts w:ascii="Candara" w:hAnsi="Candara"/>
              </w:rPr>
              <w:t xml:space="preserve">job </w:t>
            </w:r>
            <w:r w:rsidRPr="000C511B">
              <w:rPr>
                <w:rFonts w:ascii="Candara" w:hAnsi="Candara"/>
              </w:rPr>
              <w:t>market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ED0F51" w14:textId="77777777" w:rsidR="004D4FB6" w:rsidRPr="000C511B" w:rsidRDefault="004D4FB6" w:rsidP="004D4FB6">
            <w:pPr>
              <w:spacing w:after="0"/>
              <w:jc w:val="center"/>
              <w:rPr>
                <w:rFonts w:ascii="Candara" w:hAnsi="Candara"/>
              </w:rPr>
            </w:pPr>
            <w:r w:rsidRPr="000C511B">
              <w:rPr>
                <w:rFonts w:ascii="Candara" w:hAnsi="Candara"/>
              </w:rPr>
              <w:t>6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1871853F" w14:textId="77777777" w:rsidR="004D4FB6" w:rsidRPr="000C511B" w:rsidRDefault="004D4FB6" w:rsidP="004D4FB6">
            <w:pPr>
              <w:spacing w:after="0"/>
              <w:jc w:val="center"/>
              <w:rPr>
                <w:rFonts w:ascii="Candara" w:hAnsi="Candara"/>
              </w:rPr>
            </w:pPr>
            <w:r w:rsidRPr="000C511B">
              <w:rPr>
                <w:rFonts w:ascii="Candara" w:hAnsi="Candara"/>
              </w:rPr>
              <w:t>AAF2248</w:t>
            </w:r>
          </w:p>
        </w:tc>
      </w:tr>
      <w:tr w:rsidR="00920D0B" w:rsidRPr="000C511B" w14:paraId="5C246A22" w14:textId="77777777" w:rsidTr="004D4FB6">
        <w:tc>
          <w:tcPr>
            <w:tcW w:w="2160" w:type="dxa"/>
          </w:tcPr>
          <w:p w14:paraId="7A87B7A6" w14:textId="36D8029F" w:rsidR="00920D0B" w:rsidRPr="000C511B" w:rsidRDefault="004D4FB6" w:rsidP="004D4FB6">
            <w:pPr>
              <w:spacing w:after="0"/>
              <w:jc w:val="center"/>
              <w:rPr>
                <w:rFonts w:ascii="Candara" w:hAnsi="Candara"/>
              </w:rPr>
            </w:pPr>
            <w:r>
              <w:rPr>
                <w:rFonts w:ascii="Wingdings" w:hAnsi="Wingdings" w:cs="Arial"/>
                <w:bCs/>
                <w:sz w:val="20"/>
                <w:szCs w:val="20"/>
              </w:rPr>
              <w:t>o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9D45B4" w14:textId="77777777" w:rsidR="00920D0B" w:rsidRPr="000C511B" w:rsidRDefault="00000000" w:rsidP="004D4FB6">
            <w:pPr>
              <w:spacing w:after="0"/>
              <w:jc w:val="center"/>
              <w:rPr>
                <w:rFonts w:ascii="Candara" w:hAnsi="Candara"/>
              </w:rPr>
            </w:pPr>
            <w:r w:rsidRPr="000C511B">
              <w:rPr>
                <w:rFonts w:ascii="Candara" w:hAnsi="Candara"/>
              </w:rPr>
              <w:t>Soft skills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87E189" w14:textId="77777777" w:rsidR="00920D0B" w:rsidRPr="000C511B" w:rsidRDefault="00000000" w:rsidP="004D4FB6">
            <w:pPr>
              <w:spacing w:after="0"/>
              <w:jc w:val="center"/>
              <w:rPr>
                <w:rFonts w:ascii="Candara" w:hAnsi="Candara"/>
              </w:rPr>
            </w:pPr>
            <w:r w:rsidRPr="000C511B">
              <w:rPr>
                <w:rFonts w:ascii="Candara" w:hAnsi="Candara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0EE401C4" w14:textId="77777777" w:rsidR="00920D0B" w:rsidRPr="000C511B" w:rsidRDefault="00000000" w:rsidP="004D4FB6">
            <w:pPr>
              <w:spacing w:after="0"/>
              <w:jc w:val="center"/>
              <w:rPr>
                <w:rFonts w:ascii="Candara" w:hAnsi="Candara"/>
              </w:rPr>
            </w:pPr>
            <w:r w:rsidRPr="000C511B">
              <w:rPr>
                <w:rFonts w:ascii="Candara" w:hAnsi="Candara"/>
              </w:rPr>
              <w:t>AAF1692</w:t>
            </w:r>
          </w:p>
        </w:tc>
      </w:tr>
    </w:tbl>
    <w:p w14:paraId="7C088173" w14:textId="11D9445C" w:rsidR="00920D0B" w:rsidRPr="004D4FB6" w:rsidRDefault="00000000" w:rsidP="004D4FB6">
      <w:pPr>
        <w:ind w:right="-291"/>
        <w:rPr>
          <w:rFonts w:ascii="Candara" w:hAnsi="Candara"/>
          <w:b/>
          <w:bCs/>
        </w:rPr>
      </w:pPr>
      <w:r w:rsidRPr="004D4FB6">
        <w:rPr>
          <w:rFonts w:ascii="Candara" w:hAnsi="Candara"/>
          <w:b/>
          <w:bCs/>
        </w:rPr>
        <w:lastRenderedPageBreak/>
        <w:t xml:space="preserve">The undersigned declares under their own responsibility that the hours completed for “other activities” correspond to at least 75 hours for 3 </w:t>
      </w:r>
      <w:r w:rsidR="0035238F">
        <w:rPr>
          <w:rFonts w:ascii="Candara" w:hAnsi="Candara"/>
          <w:b/>
          <w:bCs/>
        </w:rPr>
        <w:t>ECTS</w:t>
      </w:r>
      <w:r w:rsidRPr="004D4FB6">
        <w:rPr>
          <w:rFonts w:ascii="Candara" w:hAnsi="Candara"/>
          <w:b/>
          <w:bCs/>
        </w:rPr>
        <w:t xml:space="preserve"> and 150 hours for 6 </w:t>
      </w:r>
      <w:r w:rsidR="0035238F">
        <w:rPr>
          <w:rFonts w:ascii="Candara" w:hAnsi="Candara"/>
          <w:b/>
          <w:bCs/>
        </w:rPr>
        <w:t>ECTS</w:t>
      </w:r>
      <w:r w:rsidRPr="004D4FB6">
        <w:rPr>
          <w:rFonts w:ascii="Candara" w:hAnsi="Candara"/>
          <w:b/>
          <w:bCs/>
        </w:rPr>
        <w:t>.</w:t>
      </w:r>
    </w:p>
    <w:p w14:paraId="6D5B1694" w14:textId="77777777" w:rsidR="00920D0B" w:rsidRPr="000C511B" w:rsidRDefault="00000000">
      <w:pPr>
        <w:rPr>
          <w:rFonts w:ascii="Candara" w:hAnsi="Candara"/>
        </w:rPr>
      </w:pPr>
      <w:r w:rsidRPr="000C511B">
        <w:rPr>
          <w:rFonts w:ascii="Candara" w:hAnsi="Candara"/>
        </w:rPr>
        <w:t>Recognizable activities include:</w:t>
      </w:r>
    </w:p>
    <w:p w14:paraId="5A7E2B11" w14:textId="77777777" w:rsidR="00920D0B" w:rsidRPr="000C511B" w:rsidRDefault="00000000">
      <w:pPr>
        <w:rPr>
          <w:rFonts w:ascii="Candara" w:hAnsi="Candara"/>
        </w:rPr>
      </w:pPr>
      <w:r w:rsidRPr="000C511B">
        <w:rPr>
          <w:rFonts w:ascii="Candara" w:hAnsi="Candara"/>
        </w:rPr>
        <w:t xml:space="preserve">• participation in additional university or advanced training courses (including CIVIS BIPs, MOOCs or parts of them) consistent with the Degree Program, including a final exam or certificate indicating completed </w:t>
      </w:r>
      <w:proofErr w:type="gramStart"/>
      <w:r w:rsidRPr="000C511B">
        <w:rPr>
          <w:rFonts w:ascii="Candara" w:hAnsi="Candara"/>
        </w:rPr>
        <w:t>hours;</w:t>
      </w:r>
      <w:proofErr w:type="gramEnd"/>
    </w:p>
    <w:p w14:paraId="35471C65" w14:textId="77777777" w:rsidR="00920D0B" w:rsidRPr="000C511B" w:rsidRDefault="00000000">
      <w:pPr>
        <w:rPr>
          <w:rFonts w:ascii="Candara" w:hAnsi="Candara"/>
        </w:rPr>
      </w:pPr>
      <w:r w:rsidRPr="000C511B">
        <w:rPr>
          <w:rFonts w:ascii="Candara" w:hAnsi="Candara"/>
        </w:rPr>
        <w:t xml:space="preserve">• participation in extracurricular research activities coordinated by a faculty member of the Degree Program or another </w:t>
      </w:r>
      <w:proofErr w:type="gramStart"/>
      <w:r w:rsidRPr="000C511B">
        <w:rPr>
          <w:rFonts w:ascii="Candara" w:hAnsi="Candara"/>
        </w:rPr>
        <w:t>Master’s</w:t>
      </w:r>
      <w:proofErr w:type="gramEnd"/>
      <w:r w:rsidRPr="000C511B">
        <w:rPr>
          <w:rFonts w:ascii="Candara" w:hAnsi="Candara"/>
        </w:rPr>
        <w:t xml:space="preserve"> Program within the Faculty, requiring at least 75 hours of documented </w:t>
      </w:r>
      <w:proofErr w:type="gramStart"/>
      <w:r w:rsidRPr="000C511B">
        <w:rPr>
          <w:rFonts w:ascii="Candara" w:hAnsi="Candara"/>
        </w:rPr>
        <w:t>work;</w:t>
      </w:r>
      <w:proofErr w:type="gramEnd"/>
    </w:p>
    <w:p w14:paraId="041913C7" w14:textId="77777777" w:rsidR="00920D0B" w:rsidRPr="000C511B" w:rsidRDefault="00000000">
      <w:pPr>
        <w:rPr>
          <w:rFonts w:ascii="Candara" w:hAnsi="Candara"/>
        </w:rPr>
      </w:pPr>
      <w:r w:rsidRPr="000C511B">
        <w:rPr>
          <w:rFonts w:ascii="Candara" w:hAnsi="Candara"/>
        </w:rPr>
        <w:t>• laboratory and/or seminar activities consistent with the Degree Program requiring at least 75 documented hours of work.</w:t>
      </w:r>
    </w:p>
    <w:p w14:paraId="51187EE7" w14:textId="77777777" w:rsidR="00920D0B" w:rsidRPr="004D4FB6" w:rsidRDefault="00000000">
      <w:pPr>
        <w:rPr>
          <w:rFonts w:ascii="Candara" w:hAnsi="Candara"/>
          <w:b/>
          <w:bCs/>
        </w:rPr>
      </w:pPr>
      <w:r w:rsidRPr="004D4FB6">
        <w:rPr>
          <w:rFonts w:ascii="Candara" w:hAnsi="Candara"/>
          <w:b/>
          <w:bCs/>
        </w:rPr>
        <w:t>NOTE: Actual recognition depends on prior approval by the instructor responsible for credit validation.</w:t>
      </w:r>
    </w:p>
    <w:p w14:paraId="33C933F1" w14:textId="77777777" w:rsidR="00920D0B" w:rsidRPr="000C511B" w:rsidRDefault="00000000">
      <w:pPr>
        <w:rPr>
          <w:rFonts w:ascii="Candara" w:hAnsi="Candara"/>
        </w:rPr>
      </w:pPr>
      <w:r w:rsidRPr="000C511B">
        <w:rPr>
          <w:rFonts w:ascii="Candara" w:hAnsi="Candara"/>
        </w:rPr>
        <w:t>(*) Activities must be carried out during enrollment in the degree program and must relate to the educational objectives of the Program.</w:t>
      </w:r>
    </w:p>
    <w:p w14:paraId="48DA7E17" w14:textId="77777777" w:rsidR="00920D0B" w:rsidRPr="004D4FB6" w:rsidRDefault="00000000">
      <w:pPr>
        <w:rPr>
          <w:rFonts w:ascii="Candara" w:hAnsi="Candara"/>
          <w:b/>
          <w:bCs/>
        </w:rPr>
      </w:pPr>
      <w:r w:rsidRPr="004D4FB6">
        <w:rPr>
          <w:rFonts w:ascii="Candara" w:hAnsi="Candara"/>
          <w:b/>
          <w:bCs/>
        </w:rPr>
        <w:t xml:space="preserve">ATTACH: Certification documenting the activity (contract copy or other documentation and/or a signed report certifying hours, </w:t>
      </w:r>
      <w:proofErr w:type="gramStart"/>
      <w:r w:rsidRPr="004D4FB6">
        <w:rPr>
          <w:rFonts w:ascii="Candara" w:hAnsi="Candara"/>
          <w:b/>
          <w:bCs/>
        </w:rPr>
        <w:t>time period</w:t>
      </w:r>
      <w:proofErr w:type="gramEnd"/>
      <w:r w:rsidRPr="004D4FB6">
        <w:rPr>
          <w:rFonts w:ascii="Candara" w:hAnsi="Candara"/>
          <w:b/>
          <w:bCs/>
        </w:rPr>
        <w:t>, and task description).</w:t>
      </w:r>
    </w:p>
    <w:p w14:paraId="01241485" w14:textId="77777777" w:rsidR="00920D0B" w:rsidRPr="000C511B" w:rsidRDefault="00000000">
      <w:pPr>
        <w:rPr>
          <w:rFonts w:ascii="Candara" w:hAnsi="Candara"/>
        </w:rPr>
      </w:pPr>
      <w:r w:rsidRPr="000C511B">
        <w:rPr>
          <w:rFonts w:ascii="Candara" w:hAnsi="Candara"/>
        </w:rPr>
        <w:t>Date ___________________________      Student Signature ___________________________</w:t>
      </w:r>
    </w:p>
    <w:p w14:paraId="4DE46052" w14:textId="77777777" w:rsidR="004D4FB6" w:rsidRDefault="004D4FB6">
      <w:pPr>
        <w:rPr>
          <w:rFonts w:ascii="Candara" w:hAnsi="Candara"/>
        </w:rPr>
      </w:pPr>
    </w:p>
    <w:p w14:paraId="009C77D0" w14:textId="77777777" w:rsidR="004D4FB6" w:rsidRDefault="00000000" w:rsidP="004D4FB6">
      <w:pPr>
        <w:ind w:right="-1283"/>
        <w:rPr>
          <w:rFonts w:ascii="Candara" w:hAnsi="Candara"/>
          <w:i/>
          <w:iCs/>
        </w:rPr>
      </w:pPr>
      <w:r w:rsidRPr="004D4FB6">
        <w:rPr>
          <w:rFonts w:ascii="Candara" w:hAnsi="Candara"/>
          <w:i/>
          <w:iCs/>
        </w:rPr>
        <w:t>Once completed, this form must be sent to the Chair of the Degree Program</w:t>
      </w:r>
      <w:r w:rsidR="004D4FB6">
        <w:rPr>
          <w:rFonts w:ascii="Candara" w:hAnsi="Candara"/>
          <w:i/>
          <w:iCs/>
        </w:rPr>
        <w:t xml:space="preserve"> </w:t>
      </w:r>
      <w:r w:rsidRPr="004D4FB6">
        <w:rPr>
          <w:rFonts w:ascii="Candara" w:hAnsi="Candara"/>
          <w:i/>
          <w:iCs/>
        </w:rPr>
        <w:t xml:space="preserve">(pierluigi.montalbano@uniroma1.it), along with all required attendance certificates. </w:t>
      </w:r>
      <w:r w:rsidR="004D4FB6">
        <w:rPr>
          <w:rFonts w:ascii="Candara" w:hAnsi="Candara"/>
          <w:i/>
          <w:iCs/>
        </w:rPr>
        <w:t xml:space="preserve"> </w:t>
      </w:r>
    </w:p>
    <w:p w14:paraId="6033F5D3" w14:textId="3CE036A0" w:rsidR="00920D0B" w:rsidRPr="004D4FB6" w:rsidRDefault="00000000" w:rsidP="004D4FB6">
      <w:pPr>
        <w:ind w:right="-1283"/>
        <w:rPr>
          <w:rFonts w:ascii="Candara" w:hAnsi="Candara"/>
          <w:i/>
          <w:iCs/>
        </w:rPr>
      </w:pPr>
      <w:r w:rsidRPr="004D4FB6">
        <w:rPr>
          <w:rFonts w:ascii="Candara" w:hAnsi="Candara"/>
          <w:i/>
          <w:iCs/>
        </w:rPr>
        <w:t>Students must also register on INFOSTUD for credit recording in the first available session.</w:t>
      </w:r>
    </w:p>
    <w:sectPr w:rsidR="00920D0B" w:rsidRPr="004D4FB6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90161372">
    <w:abstractNumId w:val="8"/>
  </w:num>
  <w:num w:numId="2" w16cid:durableId="1202016277">
    <w:abstractNumId w:val="6"/>
  </w:num>
  <w:num w:numId="3" w16cid:durableId="1064714667">
    <w:abstractNumId w:val="5"/>
  </w:num>
  <w:num w:numId="4" w16cid:durableId="1981108749">
    <w:abstractNumId w:val="4"/>
  </w:num>
  <w:num w:numId="5" w16cid:durableId="224264867">
    <w:abstractNumId w:val="7"/>
  </w:num>
  <w:num w:numId="6" w16cid:durableId="1278833792">
    <w:abstractNumId w:val="3"/>
  </w:num>
  <w:num w:numId="7" w16cid:durableId="267665197">
    <w:abstractNumId w:val="2"/>
  </w:num>
  <w:num w:numId="8" w16cid:durableId="1933276629">
    <w:abstractNumId w:val="1"/>
  </w:num>
  <w:num w:numId="9" w16cid:durableId="1139760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20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C511B"/>
    <w:rsid w:val="0015074B"/>
    <w:rsid w:val="0029639D"/>
    <w:rsid w:val="00326F90"/>
    <w:rsid w:val="0035238F"/>
    <w:rsid w:val="004D4FB6"/>
    <w:rsid w:val="00920D0B"/>
    <w:rsid w:val="00AA1D8D"/>
    <w:rsid w:val="00B47730"/>
    <w:rsid w:val="00CB0664"/>
    <w:rsid w:val="00D33E49"/>
    <w:rsid w:val="00E05CC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33AA317"/>
  <w14:defaultImageDpi w14:val="300"/>
  <w15:docId w15:val="{0D9E8CA8-1B98-43D5-A683-B602D523D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C693F"/>
  </w:style>
  <w:style w:type="paragraph" w:styleId="Titolo1">
    <w:name w:val="heading 1"/>
    <w:basedOn w:val="Normale"/>
    <w:next w:val="Normale"/>
    <w:link w:val="Titolo1Carattere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18BF"/>
  </w:style>
  <w:style w:type="paragraph" w:styleId="Pidipagina">
    <w:name w:val="footer"/>
    <w:basedOn w:val="Normale"/>
    <w:link w:val="Pidipagina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18BF"/>
  </w:style>
  <w:style w:type="paragraph" w:styleId="Nessunaspaziatura">
    <w:name w:val="No Spacing"/>
    <w:uiPriority w:val="1"/>
    <w:qFormat/>
    <w:rsid w:val="00FC693F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">
    <w:name w:val="Title"/>
    <w:basedOn w:val="Normale"/>
    <w:next w:val="Normale"/>
    <w:link w:val="TitoloCarattere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C693F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unhideWhenUsed/>
    <w:rsid w:val="00AA1D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AA1D8D"/>
  </w:style>
  <w:style w:type="paragraph" w:styleId="Corpodeltesto2">
    <w:name w:val="Body Text 2"/>
    <w:basedOn w:val="Normale"/>
    <w:link w:val="Corpodeltesto2Carattere"/>
    <w:uiPriority w:val="99"/>
    <w:unhideWhenUsed/>
    <w:rsid w:val="00AA1D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AA1D8D"/>
  </w:style>
  <w:style w:type="paragraph" w:styleId="Corpodeltesto3">
    <w:name w:val="Body Text 3"/>
    <w:basedOn w:val="Normale"/>
    <w:link w:val="Corpodeltesto3Carattere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AA1D8D"/>
    <w:rPr>
      <w:sz w:val="16"/>
      <w:szCs w:val="16"/>
    </w:rPr>
  </w:style>
  <w:style w:type="paragraph" w:styleId="Elenco">
    <w:name w:val="List"/>
    <w:basedOn w:val="Normale"/>
    <w:uiPriority w:val="99"/>
    <w:unhideWhenUsed/>
    <w:rsid w:val="00AA1D8D"/>
    <w:pPr>
      <w:ind w:left="360" w:hanging="360"/>
      <w:contextualSpacing/>
    </w:pPr>
  </w:style>
  <w:style w:type="paragraph" w:styleId="Elenco2">
    <w:name w:val="List 2"/>
    <w:basedOn w:val="Normale"/>
    <w:uiPriority w:val="99"/>
    <w:unhideWhenUsed/>
    <w:rsid w:val="00326F90"/>
    <w:pPr>
      <w:ind w:left="720" w:hanging="360"/>
      <w:contextualSpacing/>
    </w:pPr>
  </w:style>
  <w:style w:type="paragraph" w:styleId="Elenco3">
    <w:name w:val="List 3"/>
    <w:basedOn w:val="Normale"/>
    <w:uiPriority w:val="99"/>
    <w:unhideWhenUsed/>
    <w:rsid w:val="00326F90"/>
    <w:pPr>
      <w:ind w:left="1080" w:hanging="360"/>
      <w:contextualSpacing/>
    </w:pPr>
  </w:style>
  <w:style w:type="paragraph" w:styleId="Puntoelenco">
    <w:name w:val="List Bullet"/>
    <w:basedOn w:val="Normale"/>
    <w:uiPriority w:val="99"/>
    <w:unhideWhenUsed/>
    <w:rsid w:val="00326F90"/>
    <w:pPr>
      <w:numPr>
        <w:numId w:val="1"/>
      </w:numPr>
      <w:contextualSpacing/>
    </w:pPr>
  </w:style>
  <w:style w:type="paragraph" w:styleId="Puntoelenco2">
    <w:name w:val="List Bullet 2"/>
    <w:basedOn w:val="Normale"/>
    <w:uiPriority w:val="99"/>
    <w:unhideWhenUsed/>
    <w:rsid w:val="00326F90"/>
    <w:pPr>
      <w:numPr>
        <w:numId w:val="2"/>
      </w:numPr>
      <w:contextualSpacing/>
    </w:pPr>
  </w:style>
  <w:style w:type="paragraph" w:styleId="Puntoelenco3">
    <w:name w:val="List Bullet 3"/>
    <w:basedOn w:val="Normale"/>
    <w:uiPriority w:val="99"/>
    <w:unhideWhenUsed/>
    <w:rsid w:val="00326F90"/>
    <w:pPr>
      <w:numPr>
        <w:numId w:val="3"/>
      </w:numPr>
      <w:contextualSpacing/>
    </w:pPr>
  </w:style>
  <w:style w:type="paragraph" w:styleId="Numeroelenco">
    <w:name w:val="List Number"/>
    <w:basedOn w:val="Normale"/>
    <w:uiPriority w:val="99"/>
    <w:unhideWhenUsed/>
    <w:rsid w:val="00326F90"/>
    <w:pPr>
      <w:numPr>
        <w:numId w:val="5"/>
      </w:numPr>
      <w:contextualSpacing/>
    </w:pPr>
  </w:style>
  <w:style w:type="paragraph" w:styleId="Numeroelenco2">
    <w:name w:val="List Number 2"/>
    <w:basedOn w:val="Normale"/>
    <w:uiPriority w:val="99"/>
    <w:unhideWhenUsed/>
    <w:rsid w:val="0029639D"/>
    <w:pPr>
      <w:numPr>
        <w:numId w:val="6"/>
      </w:numPr>
      <w:contextualSpacing/>
    </w:pPr>
  </w:style>
  <w:style w:type="paragraph" w:styleId="Numeroelenco3">
    <w:name w:val="List Number 3"/>
    <w:basedOn w:val="Normale"/>
    <w:uiPriority w:val="99"/>
    <w:unhideWhenUsed/>
    <w:rsid w:val="0029639D"/>
    <w:pPr>
      <w:numPr>
        <w:numId w:val="7"/>
      </w:numPr>
      <w:contextualSpacing/>
    </w:pPr>
  </w:style>
  <w:style w:type="paragraph" w:styleId="Elencocontinua">
    <w:name w:val="List Continue"/>
    <w:basedOn w:val="Normale"/>
    <w:uiPriority w:val="99"/>
    <w:unhideWhenUsed/>
    <w:rsid w:val="0029639D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unhideWhenUsed/>
    <w:rsid w:val="0029639D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unhideWhenUsed/>
    <w:rsid w:val="0029639D"/>
    <w:pPr>
      <w:spacing w:after="120"/>
      <w:ind w:left="1080"/>
      <w:contextualSpacing/>
    </w:pPr>
  </w:style>
  <w:style w:type="paragraph" w:styleId="Testomacro">
    <w:name w:val="macro"/>
    <w:link w:val="TestomacroCarattere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rsid w:val="0029639D"/>
    <w:rPr>
      <w:rFonts w:ascii="Courier" w:hAnsi="Courier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C693F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C693F"/>
    <w:rPr>
      <w:i/>
      <w:iCs/>
      <w:color w:val="000000" w:themeColor="tex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FC693F"/>
    <w:rPr>
      <w:b/>
      <w:bCs/>
    </w:rPr>
  </w:style>
  <w:style w:type="character" w:styleId="Enfasicorsivo">
    <w:name w:val="Emphasis"/>
    <w:basedOn w:val="Carpredefinitoparagrafo"/>
    <w:uiPriority w:val="20"/>
    <w:qFormat/>
    <w:rsid w:val="00FC693F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C693F"/>
    <w:rPr>
      <w:b/>
      <w:bCs/>
      <w:i/>
      <w:iCs/>
      <w:color w:val="4F81BD" w:themeColor="accent1"/>
    </w:rPr>
  </w:style>
  <w:style w:type="character" w:styleId="Enfasidelicata">
    <w:name w:val="Subtle Emphasis"/>
    <w:basedOn w:val="Carpredefinitoparagrafo"/>
    <w:uiPriority w:val="19"/>
    <w:qFormat/>
    <w:rsid w:val="00FC693F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FC693F"/>
    <w:rPr>
      <w:b/>
      <w:bCs/>
      <w:i/>
      <w:iCs/>
      <w:color w:val="4F81BD" w:themeColor="accent1"/>
    </w:rPr>
  </w:style>
  <w:style w:type="character" w:styleId="Riferimentodelicato">
    <w:name w:val="Subtle Reference"/>
    <w:basedOn w:val="Carpredefinitoparagrafo"/>
    <w:uiPriority w:val="31"/>
    <w:qFormat/>
    <w:rsid w:val="00FC693F"/>
    <w:rPr>
      <w:smallCaps/>
      <w:color w:val="C0504D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FC693F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FC693F"/>
    <w:pPr>
      <w:outlineLvl w:val="9"/>
    </w:pPr>
  </w:style>
  <w:style w:type="table" w:styleId="Grigliatabella">
    <w:name w:val="Table Grid"/>
    <w:basedOn w:val="Tabellanorma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">
    <w:name w:val="Light Shading"/>
    <w:basedOn w:val="Tabellanorma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fondochiaro-Colore2">
    <w:name w:val="Light Shading Accent 2"/>
    <w:basedOn w:val="Tabellanorma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fondochiaro-Colore3">
    <w:name w:val="Light Shading Accent 3"/>
    <w:basedOn w:val="Tabellanorma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fondochiaro-Colore4">
    <w:name w:val="Light Shading Accent 4"/>
    <w:basedOn w:val="Tabellanorma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fondochiaro-Colore5">
    <w:name w:val="Light Shading Accent 5"/>
    <w:basedOn w:val="Tabellanorma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fondochiaro-Colore6">
    <w:name w:val="Light Shading Accent 6"/>
    <w:basedOn w:val="Tabellanorma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Elencochiaro">
    <w:name w:val="Light List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Elencochiaro-Colore2">
    <w:name w:val="Light List Accent 2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Elencochiaro-Colore3">
    <w:name w:val="Light List Accent 3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Elencochiaro-Colore4">
    <w:name w:val="Light List Accent 4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Elencochiaro-Colore5">
    <w:name w:val="Light List Accent 5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Elencochiaro-Colore6">
    <w:name w:val="Light List Accent 6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gliachiara">
    <w:name w:val="Light Grid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fondomedio1">
    <w:name w:val="Medium Shading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Elencomedio1">
    <w:name w:val="Medium Lis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Elencomedio1-Colore2">
    <w:name w:val="Medium List 1 Accent 2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Elencomedio1-Colore3">
    <w:name w:val="Medium List 1 Accent 3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Elencomedio1-Colore4">
    <w:name w:val="Medium List 1 Accent 4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Elencomedio1-Colore5">
    <w:name w:val="Medium List 1 Accent 5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Elencomedio1-Colore6">
    <w:name w:val="Medium List 1 Accent 6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Elencomedio2">
    <w:name w:val="Medium Lis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gliamedia1">
    <w:name w:val="Medium Grid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gliamedia2">
    <w:name w:val="Medium Grid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Elencoscuro">
    <w:name w:val="Dark List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Elencoscuro-Colore2">
    <w:name w:val="Dark List Accent 2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Elencoscuro-Colore3">
    <w:name w:val="Dark List Accent 3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Elencoscuro-Colore4">
    <w:name w:val="Dark List Accent 4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Elencoscuro-Colore5">
    <w:name w:val="Dark List Accent 5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Elencoscuro-Colore6">
    <w:name w:val="Dark List Accent 6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fondoacolori">
    <w:name w:val="Colorful Shading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Elencoacolori">
    <w:name w:val="Colorful List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gliaacolori">
    <w:name w:val="Colorful Grid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Laura Franceschetti</cp:lastModifiedBy>
  <cp:revision>4</cp:revision>
  <dcterms:created xsi:type="dcterms:W3CDTF">2013-12-23T23:15:00Z</dcterms:created>
  <dcterms:modified xsi:type="dcterms:W3CDTF">2025-12-04T18:14:00Z</dcterms:modified>
  <cp:category/>
</cp:coreProperties>
</file>